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826FB5" w:rsidRDefault="006B1FB9" w14:paraId="36EFD6F2" w14:textId="77777777">
      <w:pPr>
        <w:pBdr>
          <w:bottom w:val="single" w:color="E30613" w:sz="28" w:space="0"/>
        </w:pBdr>
        <w:spacing w:after="80" w:line="240" w:lineRule="auto"/>
      </w:pPr>
      <w:r>
        <w:rPr>
          <w:sz w:val="4"/>
        </w:rPr>
        <w:t xml:space="preserve"> </w:t>
      </w:r>
    </w:p>
    <w:tbl>
      <w:tblPr>
        <w:tblW w:w="16310" w:type="dxa"/>
        <w:jc w:val="center"/>
        <w:tblLayout w:type="fixed"/>
        <w:tblLook w:val="04A0" w:firstRow="1" w:lastRow="0" w:firstColumn="1" w:lastColumn="0" w:noHBand="0" w:noVBand="1"/>
      </w:tblPr>
      <w:tblGrid>
        <w:gridCol w:w="199"/>
        <w:gridCol w:w="1685"/>
        <w:gridCol w:w="1685"/>
        <w:gridCol w:w="724"/>
        <w:gridCol w:w="2461"/>
        <w:gridCol w:w="1058"/>
        <w:gridCol w:w="168"/>
        <w:gridCol w:w="1227"/>
        <w:gridCol w:w="1499"/>
        <w:gridCol w:w="1227"/>
        <w:gridCol w:w="3691"/>
        <w:gridCol w:w="686"/>
      </w:tblGrid>
      <w:tr w:rsidR="00826FB5" w:rsidTr="002D4859" w14:paraId="31E35D47" w14:textId="77777777">
        <w:trPr>
          <w:gridAfter w:val="1"/>
          <w:wAfter w:w="686" w:type="dxa"/>
          <w:jc w:val="center"/>
        </w:trPr>
        <w:tc>
          <w:tcPr>
            <w:tcW w:w="7812" w:type="dxa"/>
            <w:gridSpan w:val="6"/>
          </w:tcPr>
          <w:p w:rsidR="00826FB5" w:rsidRDefault="00660897" w14:paraId="20C7ED61" w14:textId="6FECA85F">
            <w:pPr>
              <w:spacing w:after="0"/>
              <w:ind w:left="1282"/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2760855B" wp14:editId="3E80832E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34290</wp:posOffset>
                  </wp:positionV>
                  <wp:extent cx="1219200" cy="796290"/>
                  <wp:effectExtent l="0" t="0" r="0" b="3810"/>
                  <wp:wrapTopAndBottom/>
                  <wp:docPr id="5410472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33" t="26666" r="11516" b="242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796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12" w:type="dxa"/>
            <w:gridSpan w:val="5"/>
          </w:tcPr>
          <w:p w:rsidR="00826FB5" w:rsidRDefault="006B1FB9" w14:paraId="30EA57F7" w14:textId="77777777">
            <w:pPr>
              <w:spacing w:after="20"/>
              <w:jc w:val="right"/>
            </w:pPr>
            <w:r>
              <w:rPr>
                <w:b/>
                <w:color w:val="243447"/>
                <w:sz w:val="34"/>
              </w:rPr>
              <w:t>Sheep Flock Body Condition Score Record</w:t>
            </w:r>
          </w:p>
          <w:p w:rsidR="00826FB5" w:rsidRDefault="006B1FB9" w14:paraId="293D5B46" w14:textId="77777777">
            <w:pPr>
              <w:spacing w:after="0"/>
              <w:jc w:val="right"/>
            </w:pPr>
            <w:r>
              <w:rPr>
                <w:color w:val="5B6573"/>
              </w:rPr>
              <w:t>Group-level record for monitoring the nutritional profile of a flock or management mob</w:t>
            </w:r>
          </w:p>
        </w:tc>
      </w:tr>
      <w:tr w:rsidR="0030461D" w:rsidTr="002D4859" w14:paraId="12FB2E9B" w14:textId="77777777">
        <w:tblPrEx>
          <w:tblBorders>
            <w:top w:val="single" w:color="C9CDD2" w:sz="6" w:space="0"/>
            <w:left w:val="single" w:color="C9CDD2" w:sz="6" w:space="0"/>
            <w:bottom w:val="single" w:color="C9CDD2" w:sz="6" w:space="0"/>
            <w:right w:val="single" w:color="C9CDD2" w:sz="6" w:space="0"/>
            <w:insideH w:val="single" w:color="C9CDD2" w:sz="6" w:space="0"/>
            <w:insideV w:val="single" w:color="C9CDD2" w:sz="6" w:space="0"/>
          </w:tblBorders>
        </w:tblPrEx>
        <w:trPr>
          <w:gridBefore w:val="1"/>
          <w:wBefore w:w="199" w:type="dxa"/>
          <w:trHeight w:val="370"/>
          <w:jc w:val="center"/>
        </w:trPr>
        <w:tc>
          <w:tcPr>
            <w:tcW w:w="1685" w:type="dxa"/>
            <w:shd w:val="clear" w:color="auto" w:fill="243447"/>
          </w:tcPr>
          <w:p w:rsidRPr="0030461D" w:rsidR="0030461D" w:rsidRDefault="0030461D" w14:paraId="140D0F90" w14:textId="504FDA0B">
            <w:pPr>
              <w:spacing w:after="0"/>
              <w:rPr>
                <w:b/>
                <w:color w:val="FFFFFF" w:themeColor="background1"/>
                <w:sz w:val="14"/>
              </w:rPr>
            </w:pPr>
            <w:r>
              <w:rPr>
                <w:b/>
                <w:color w:val="FFFFFF"/>
                <w:sz w:val="14"/>
              </w:rPr>
              <w:t>Date of assessment</w:t>
            </w:r>
          </w:p>
        </w:tc>
        <w:tc>
          <w:tcPr>
            <w:tcW w:w="1685" w:type="dxa"/>
            <w:shd w:val="clear" w:color="auto" w:fill="2434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23F1B066" w14:textId="5A1C8AFE">
            <w:pPr>
              <w:spacing w:after="0"/>
            </w:pPr>
            <w:r>
              <w:rPr>
                <w:b/>
                <w:color w:val="FFFFFF"/>
                <w:sz w:val="14"/>
              </w:rPr>
              <w:t>Group / field</w:t>
            </w:r>
          </w:p>
        </w:tc>
        <w:tc>
          <w:tcPr>
            <w:tcW w:w="724" w:type="dxa"/>
            <w:shd w:val="clear" w:color="auto" w:fill="2434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0A0911EC" w14:textId="77777777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</w:t>
            </w:r>
            <w:r>
              <w:rPr>
                <w:b/>
                <w:color w:val="FFFFFF"/>
                <w:sz w:val="14"/>
              </w:rPr>
              <w:br/>
            </w:r>
            <w:r>
              <w:rPr>
                <w:b/>
                <w:color w:val="FFFFFF"/>
                <w:sz w:val="14"/>
              </w:rPr>
              <w:t>count</w:t>
            </w:r>
          </w:p>
        </w:tc>
        <w:tc>
          <w:tcPr>
            <w:tcW w:w="2461" w:type="dxa"/>
            <w:shd w:val="clear" w:color="auto" w:fill="243447"/>
          </w:tcPr>
          <w:p w:rsidR="0030461D" w:rsidRDefault="0030461D" w14:paraId="7F9C774B" w14:textId="614323F4">
            <w:pPr>
              <w:spacing w:after="0"/>
              <w:jc w:val="center"/>
              <w:rPr>
                <w:b/>
                <w:color w:val="FFFFFF"/>
                <w:sz w:val="14"/>
              </w:rPr>
            </w:pPr>
            <w:r>
              <w:rPr>
                <w:b/>
                <w:color w:val="FFFFFF"/>
                <w:sz w:val="14"/>
              </w:rPr>
              <w:t>Production Stage (Tupping, Mid-pregnancy, Lambing, Weaning)</w:t>
            </w:r>
          </w:p>
        </w:tc>
        <w:tc>
          <w:tcPr>
            <w:tcW w:w="1226" w:type="dxa"/>
            <w:gridSpan w:val="2"/>
            <w:shd w:val="clear" w:color="auto" w:fill="2434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19014E8C" w14:textId="73578529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BCS ≤ 1.5</w:t>
            </w:r>
            <w:r>
              <w:rPr>
                <w:b/>
                <w:color w:val="FFFFFF"/>
                <w:sz w:val="14"/>
              </w:rPr>
              <w:br/>
            </w:r>
            <w:r>
              <w:rPr>
                <w:b/>
                <w:color w:val="FFFFFF"/>
                <w:sz w:val="14"/>
              </w:rPr>
              <w:t>Lean / thin</w:t>
            </w:r>
          </w:p>
        </w:tc>
        <w:tc>
          <w:tcPr>
            <w:tcW w:w="1227" w:type="dxa"/>
            <w:shd w:val="clear" w:color="auto" w:fill="2434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622F1318" w14:textId="77777777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BCS 2.0-2.5</w:t>
            </w:r>
            <w:r>
              <w:rPr>
                <w:b/>
                <w:color w:val="FFFFFF"/>
                <w:sz w:val="14"/>
              </w:rPr>
              <w:br/>
            </w:r>
            <w:r>
              <w:rPr>
                <w:b/>
                <w:color w:val="FFFFFF"/>
                <w:sz w:val="14"/>
              </w:rPr>
              <w:t>Moderate</w:t>
            </w:r>
          </w:p>
        </w:tc>
        <w:tc>
          <w:tcPr>
            <w:tcW w:w="1499" w:type="dxa"/>
            <w:shd w:val="clear" w:color="auto" w:fill="2434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42FC6F70" w14:textId="77777777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BCS 3.0-3.5</w:t>
            </w:r>
            <w:r>
              <w:rPr>
                <w:b/>
                <w:color w:val="FFFFFF"/>
                <w:sz w:val="14"/>
              </w:rPr>
              <w:br/>
            </w:r>
            <w:r>
              <w:rPr>
                <w:b/>
                <w:color w:val="FFFFFF"/>
                <w:sz w:val="14"/>
              </w:rPr>
              <w:t>Target range</w:t>
            </w:r>
          </w:p>
        </w:tc>
        <w:tc>
          <w:tcPr>
            <w:tcW w:w="1227" w:type="dxa"/>
            <w:shd w:val="clear" w:color="auto" w:fill="2434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694BEEDB" w14:textId="77777777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BCS ≥ 4.0</w:t>
            </w:r>
            <w:r>
              <w:rPr>
                <w:b/>
                <w:color w:val="FFFFFF"/>
                <w:sz w:val="14"/>
              </w:rPr>
              <w:br/>
            </w:r>
            <w:r>
              <w:rPr>
                <w:b/>
                <w:color w:val="FFFFFF"/>
                <w:sz w:val="14"/>
              </w:rPr>
              <w:t>Over-fat</w:t>
            </w:r>
          </w:p>
        </w:tc>
        <w:tc>
          <w:tcPr>
            <w:tcW w:w="4377" w:type="dxa"/>
            <w:gridSpan w:val="2"/>
            <w:shd w:val="clear" w:color="auto" w:fill="24344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2117393A" w14:textId="71361934">
            <w:pPr>
              <w:spacing w:after="0"/>
            </w:pPr>
            <w:r>
              <w:rPr>
                <w:b/>
                <w:color w:val="FFFFFF"/>
                <w:sz w:val="14"/>
              </w:rPr>
              <w:t>Management action / notes</w:t>
            </w:r>
            <w:r w:rsidR="00B17DDF">
              <w:rPr>
                <w:b/>
                <w:color w:val="FFFFFF"/>
                <w:sz w:val="14"/>
              </w:rPr>
              <w:t xml:space="preserve"> / Signed</w:t>
            </w:r>
          </w:p>
        </w:tc>
      </w:tr>
      <w:tr w:rsidR="0030461D" w:rsidTr="002D4859" w14:paraId="55C90A07" w14:textId="77777777">
        <w:tblPrEx>
          <w:tblBorders>
            <w:top w:val="single" w:color="C9CDD2" w:sz="6" w:space="0"/>
            <w:left w:val="single" w:color="C9CDD2" w:sz="6" w:space="0"/>
            <w:bottom w:val="single" w:color="C9CDD2" w:sz="6" w:space="0"/>
            <w:right w:val="single" w:color="C9CDD2" w:sz="6" w:space="0"/>
            <w:insideH w:val="single" w:color="C9CDD2" w:sz="6" w:space="0"/>
            <w:insideV w:val="single" w:color="C9CDD2" w:sz="6" w:space="0"/>
          </w:tblBorders>
        </w:tblPrEx>
        <w:trPr>
          <w:gridBefore w:val="1"/>
          <w:wBefore w:w="199" w:type="dxa"/>
          <w:trHeight w:val="222"/>
          <w:jc w:val="center"/>
        </w:trPr>
        <w:tc>
          <w:tcPr>
            <w:tcW w:w="1685" w:type="dxa"/>
            <w:shd w:val="clear" w:color="auto" w:fill="FFFFFF"/>
          </w:tcPr>
          <w:p w:rsidR="0030461D" w:rsidRDefault="0030461D" w14:paraId="39E19059" w14:textId="77777777">
            <w:pPr>
              <w:spacing w:after="0"/>
            </w:pPr>
          </w:p>
        </w:tc>
        <w:tc>
          <w:tcPr>
            <w:tcW w:w="1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49379D31" w14:textId="5B82897E">
            <w:pPr>
              <w:spacing w:after="0"/>
            </w:pPr>
          </w:p>
        </w:tc>
        <w:tc>
          <w:tcPr>
            <w:tcW w:w="72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75963312" w14:textId="77777777">
            <w:pPr>
              <w:spacing w:after="0"/>
              <w:jc w:val="center"/>
            </w:pPr>
          </w:p>
        </w:tc>
        <w:tc>
          <w:tcPr>
            <w:tcW w:w="2461" w:type="dxa"/>
            <w:shd w:val="clear" w:color="auto" w:fill="FFFFFF"/>
          </w:tcPr>
          <w:p w:rsidR="0030461D" w:rsidRDefault="0030461D" w14:paraId="45D4F81B" w14:textId="77777777">
            <w:pPr>
              <w:spacing w:after="0"/>
              <w:jc w:val="center"/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1E322450" w14:textId="36285F18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04A7E4C3" w14:textId="77777777">
            <w:pPr>
              <w:spacing w:after="0"/>
              <w:jc w:val="center"/>
            </w:pPr>
          </w:p>
        </w:tc>
        <w:tc>
          <w:tcPr>
            <w:tcW w:w="149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37FFBC32" w14:textId="77777777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68E39C35" w14:textId="77777777">
            <w:pPr>
              <w:spacing w:after="0"/>
              <w:jc w:val="center"/>
            </w:pPr>
          </w:p>
        </w:tc>
        <w:tc>
          <w:tcPr>
            <w:tcW w:w="4377" w:type="dxa"/>
            <w:gridSpan w:val="2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7EEC997B" w14:textId="77777777">
            <w:pPr>
              <w:spacing w:after="0"/>
            </w:pPr>
          </w:p>
        </w:tc>
      </w:tr>
      <w:tr w:rsidR="0030461D" w:rsidTr="002D4859" w14:paraId="6C7A069B" w14:textId="77777777">
        <w:tblPrEx>
          <w:tblBorders>
            <w:top w:val="single" w:color="C9CDD2" w:sz="6" w:space="0"/>
            <w:left w:val="single" w:color="C9CDD2" w:sz="6" w:space="0"/>
            <w:bottom w:val="single" w:color="C9CDD2" w:sz="6" w:space="0"/>
            <w:right w:val="single" w:color="C9CDD2" w:sz="6" w:space="0"/>
            <w:insideH w:val="single" w:color="C9CDD2" w:sz="6" w:space="0"/>
            <w:insideV w:val="single" w:color="C9CDD2" w:sz="6" w:space="0"/>
          </w:tblBorders>
        </w:tblPrEx>
        <w:trPr>
          <w:gridBefore w:val="1"/>
          <w:wBefore w:w="199" w:type="dxa"/>
          <w:trHeight w:val="222"/>
          <w:jc w:val="center"/>
        </w:trPr>
        <w:tc>
          <w:tcPr>
            <w:tcW w:w="1685" w:type="dxa"/>
            <w:shd w:val="clear" w:color="auto" w:fill="FAFAFA"/>
          </w:tcPr>
          <w:p w:rsidR="0030461D" w:rsidRDefault="0030461D" w14:paraId="263E255D" w14:textId="77777777">
            <w:pPr>
              <w:spacing w:after="0"/>
            </w:pPr>
          </w:p>
        </w:tc>
        <w:tc>
          <w:tcPr>
            <w:tcW w:w="1685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1C92A29C" w14:textId="36103140">
            <w:pPr>
              <w:spacing w:after="0"/>
            </w:pPr>
          </w:p>
        </w:tc>
        <w:tc>
          <w:tcPr>
            <w:tcW w:w="724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4074FC02" w14:textId="77777777">
            <w:pPr>
              <w:spacing w:after="0"/>
              <w:jc w:val="center"/>
            </w:pPr>
          </w:p>
        </w:tc>
        <w:tc>
          <w:tcPr>
            <w:tcW w:w="2461" w:type="dxa"/>
            <w:shd w:val="clear" w:color="auto" w:fill="FAFAFA"/>
          </w:tcPr>
          <w:p w:rsidR="0030461D" w:rsidRDefault="0030461D" w14:paraId="14B9EBFE" w14:textId="77777777">
            <w:pPr>
              <w:spacing w:after="0"/>
              <w:jc w:val="center"/>
            </w:pPr>
          </w:p>
        </w:tc>
        <w:tc>
          <w:tcPr>
            <w:tcW w:w="1226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62F4C18D" w14:textId="1C2D664A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62B21C7B" w14:textId="77777777">
            <w:pPr>
              <w:spacing w:after="0"/>
              <w:jc w:val="center"/>
            </w:pPr>
          </w:p>
        </w:tc>
        <w:tc>
          <w:tcPr>
            <w:tcW w:w="1499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65FB87DA" w14:textId="77777777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7D97A8FB" w14:textId="77777777">
            <w:pPr>
              <w:spacing w:after="0"/>
              <w:jc w:val="center"/>
            </w:pPr>
          </w:p>
        </w:tc>
        <w:tc>
          <w:tcPr>
            <w:tcW w:w="4377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3E3AAFE0" w14:textId="77777777">
            <w:pPr>
              <w:spacing w:after="0"/>
            </w:pPr>
          </w:p>
        </w:tc>
      </w:tr>
      <w:tr w:rsidR="0030461D" w:rsidTr="002D4859" w14:paraId="3E2F16AE" w14:textId="77777777">
        <w:tblPrEx>
          <w:tblBorders>
            <w:top w:val="single" w:color="C9CDD2" w:sz="6" w:space="0"/>
            <w:left w:val="single" w:color="C9CDD2" w:sz="6" w:space="0"/>
            <w:bottom w:val="single" w:color="C9CDD2" w:sz="6" w:space="0"/>
            <w:right w:val="single" w:color="C9CDD2" w:sz="6" w:space="0"/>
            <w:insideH w:val="single" w:color="C9CDD2" w:sz="6" w:space="0"/>
            <w:insideV w:val="single" w:color="C9CDD2" w:sz="6" w:space="0"/>
          </w:tblBorders>
        </w:tblPrEx>
        <w:trPr>
          <w:gridBefore w:val="1"/>
          <w:wBefore w:w="199" w:type="dxa"/>
          <w:trHeight w:val="222"/>
          <w:jc w:val="center"/>
        </w:trPr>
        <w:tc>
          <w:tcPr>
            <w:tcW w:w="1685" w:type="dxa"/>
            <w:shd w:val="clear" w:color="auto" w:fill="FFFFFF"/>
          </w:tcPr>
          <w:p w:rsidR="0030461D" w:rsidRDefault="0030461D" w14:paraId="4F2AA0DB" w14:textId="77777777">
            <w:pPr>
              <w:spacing w:after="0"/>
            </w:pPr>
          </w:p>
        </w:tc>
        <w:tc>
          <w:tcPr>
            <w:tcW w:w="1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205C472C" w14:textId="367C0723">
            <w:pPr>
              <w:spacing w:after="0"/>
            </w:pPr>
          </w:p>
        </w:tc>
        <w:tc>
          <w:tcPr>
            <w:tcW w:w="72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0F2314F7" w14:textId="77777777">
            <w:pPr>
              <w:spacing w:after="0"/>
              <w:jc w:val="center"/>
            </w:pPr>
          </w:p>
        </w:tc>
        <w:tc>
          <w:tcPr>
            <w:tcW w:w="2461" w:type="dxa"/>
            <w:shd w:val="clear" w:color="auto" w:fill="FFFFFF"/>
          </w:tcPr>
          <w:p w:rsidR="0030461D" w:rsidRDefault="0030461D" w14:paraId="7437607B" w14:textId="77777777">
            <w:pPr>
              <w:spacing w:after="0"/>
              <w:jc w:val="center"/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4FE80120" w14:textId="72C46A85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128007B6" w14:textId="77777777">
            <w:pPr>
              <w:spacing w:after="0"/>
              <w:jc w:val="center"/>
            </w:pPr>
          </w:p>
        </w:tc>
        <w:tc>
          <w:tcPr>
            <w:tcW w:w="149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54B497D9" w14:textId="77777777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2F324BA8" w14:textId="77777777">
            <w:pPr>
              <w:spacing w:after="0"/>
              <w:jc w:val="center"/>
            </w:pPr>
          </w:p>
        </w:tc>
        <w:tc>
          <w:tcPr>
            <w:tcW w:w="4377" w:type="dxa"/>
            <w:gridSpan w:val="2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378D2E1E" w14:textId="77777777">
            <w:pPr>
              <w:spacing w:after="0"/>
            </w:pPr>
          </w:p>
        </w:tc>
      </w:tr>
      <w:tr w:rsidR="0030461D" w:rsidTr="002D4859" w14:paraId="59696EE5" w14:textId="77777777">
        <w:tblPrEx>
          <w:tblBorders>
            <w:top w:val="single" w:color="C9CDD2" w:sz="6" w:space="0"/>
            <w:left w:val="single" w:color="C9CDD2" w:sz="6" w:space="0"/>
            <w:bottom w:val="single" w:color="C9CDD2" w:sz="6" w:space="0"/>
            <w:right w:val="single" w:color="C9CDD2" w:sz="6" w:space="0"/>
            <w:insideH w:val="single" w:color="C9CDD2" w:sz="6" w:space="0"/>
            <w:insideV w:val="single" w:color="C9CDD2" w:sz="6" w:space="0"/>
          </w:tblBorders>
        </w:tblPrEx>
        <w:trPr>
          <w:gridBefore w:val="1"/>
          <w:wBefore w:w="199" w:type="dxa"/>
          <w:trHeight w:val="207"/>
          <w:jc w:val="center"/>
        </w:trPr>
        <w:tc>
          <w:tcPr>
            <w:tcW w:w="1685" w:type="dxa"/>
            <w:shd w:val="clear" w:color="auto" w:fill="FAFAFA"/>
          </w:tcPr>
          <w:p w:rsidR="0030461D" w:rsidRDefault="0030461D" w14:paraId="0413AE59" w14:textId="77777777">
            <w:pPr>
              <w:spacing w:after="0"/>
            </w:pPr>
          </w:p>
        </w:tc>
        <w:tc>
          <w:tcPr>
            <w:tcW w:w="1685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2F85ECA0" w14:textId="31181613">
            <w:pPr>
              <w:spacing w:after="0"/>
            </w:pPr>
          </w:p>
        </w:tc>
        <w:tc>
          <w:tcPr>
            <w:tcW w:w="724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3FD380AE" w14:textId="77777777">
            <w:pPr>
              <w:spacing w:after="0"/>
              <w:jc w:val="center"/>
            </w:pPr>
          </w:p>
        </w:tc>
        <w:tc>
          <w:tcPr>
            <w:tcW w:w="2461" w:type="dxa"/>
            <w:shd w:val="clear" w:color="auto" w:fill="FAFAFA"/>
          </w:tcPr>
          <w:p w:rsidR="0030461D" w:rsidRDefault="0030461D" w14:paraId="021B5F6A" w14:textId="77777777">
            <w:pPr>
              <w:spacing w:after="0"/>
              <w:jc w:val="center"/>
            </w:pPr>
          </w:p>
        </w:tc>
        <w:tc>
          <w:tcPr>
            <w:tcW w:w="1226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2FFC62C9" w14:textId="11479492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00668F1E" w14:textId="77777777">
            <w:pPr>
              <w:spacing w:after="0"/>
              <w:jc w:val="center"/>
            </w:pPr>
          </w:p>
        </w:tc>
        <w:tc>
          <w:tcPr>
            <w:tcW w:w="1499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798D1A0F" w14:textId="77777777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352D9914" w14:textId="77777777">
            <w:pPr>
              <w:spacing w:after="0"/>
              <w:jc w:val="center"/>
            </w:pPr>
          </w:p>
        </w:tc>
        <w:tc>
          <w:tcPr>
            <w:tcW w:w="4377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31565E39" w14:textId="77777777">
            <w:pPr>
              <w:spacing w:after="0"/>
            </w:pPr>
          </w:p>
        </w:tc>
      </w:tr>
      <w:tr w:rsidR="0030461D" w:rsidTr="002D4859" w14:paraId="3715D68A" w14:textId="77777777">
        <w:tblPrEx>
          <w:tblBorders>
            <w:top w:val="single" w:color="C9CDD2" w:sz="6" w:space="0"/>
            <w:left w:val="single" w:color="C9CDD2" w:sz="6" w:space="0"/>
            <w:bottom w:val="single" w:color="C9CDD2" w:sz="6" w:space="0"/>
            <w:right w:val="single" w:color="C9CDD2" w:sz="6" w:space="0"/>
            <w:insideH w:val="single" w:color="C9CDD2" w:sz="6" w:space="0"/>
            <w:insideV w:val="single" w:color="C9CDD2" w:sz="6" w:space="0"/>
          </w:tblBorders>
        </w:tblPrEx>
        <w:trPr>
          <w:gridBefore w:val="1"/>
          <w:wBefore w:w="199" w:type="dxa"/>
          <w:trHeight w:val="222"/>
          <w:jc w:val="center"/>
        </w:trPr>
        <w:tc>
          <w:tcPr>
            <w:tcW w:w="1685" w:type="dxa"/>
            <w:shd w:val="clear" w:color="auto" w:fill="FFFFFF"/>
          </w:tcPr>
          <w:p w:rsidR="0030461D" w:rsidRDefault="0030461D" w14:paraId="53293702" w14:textId="77777777">
            <w:pPr>
              <w:spacing w:after="0"/>
            </w:pPr>
          </w:p>
        </w:tc>
        <w:tc>
          <w:tcPr>
            <w:tcW w:w="1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3CD03E41" w14:textId="77B418D2">
            <w:pPr>
              <w:spacing w:after="0"/>
            </w:pPr>
          </w:p>
        </w:tc>
        <w:tc>
          <w:tcPr>
            <w:tcW w:w="72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1BF10F25" w14:textId="77777777">
            <w:pPr>
              <w:spacing w:after="0"/>
              <w:jc w:val="center"/>
            </w:pPr>
          </w:p>
        </w:tc>
        <w:tc>
          <w:tcPr>
            <w:tcW w:w="2461" w:type="dxa"/>
            <w:shd w:val="clear" w:color="auto" w:fill="FFFFFF"/>
          </w:tcPr>
          <w:p w:rsidR="0030461D" w:rsidRDefault="0030461D" w14:paraId="71048CC8" w14:textId="77777777">
            <w:pPr>
              <w:spacing w:after="0"/>
              <w:jc w:val="center"/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09DEB584" w14:textId="1215FFD7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3FE64FD6" w14:textId="77777777">
            <w:pPr>
              <w:spacing w:after="0"/>
              <w:jc w:val="center"/>
            </w:pPr>
          </w:p>
        </w:tc>
        <w:tc>
          <w:tcPr>
            <w:tcW w:w="149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01919824" w14:textId="77777777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498656EC" w14:textId="77777777">
            <w:pPr>
              <w:spacing w:after="0"/>
              <w:jc w:val="center"/>
            </w:pPr>
          </w:p>
        </w:tc>
        <w:tc>
          <w:tcPr>
            <w:tcW w:w="4377" w:type="dxa"/>
            <w:gridSpan w:val="2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41C17E44" w14:textId="77777777">
            <w:pPr>
              <w:spacing w:after="0"/>
            </w:pPr>
          </w:p>
        </w:tc>
      </w:tr>
      <w:tr w:rsidR="0030461D" w:rsidTr="002D4859" w14:paraId="6D1303AB" w14:textId="77777777">
        <w:tblPrEx>
          <w:tblBorders>
            <w:top w:val="single" w:color="C9CDD2" w:sz="6" w:space="0"/>
            <w:left w:val="single" w:color="C9CDD2" w:sz="6" w:space="0"/>
            <w:bottom w:val="single" w:color="C9CDD2" w:sz="6" w:space="0"/>
            <w:right w:val="single" w:color="C9CDD2" w:sz="6" w:space="0"/>
            <w:insideH w:val="single" w:color="C9CDD2" w:sz="6" w:space="0"/>
            <w:insideV w:val="single" w:color="C9CDD2" w:sz="6" w:space="0"/>
          </w:tblBorders>
        </w:tblPrEx>
        <w:trPr>
          <w:gridBefore w:val="1"/>
          <w:wBefore w:w="199" w:type="dxa"/>
          <w:trHeight w:val="222"/>
          <w:jc w:val="center"/>
        </w:trPr>
        <w:tc>
          <w:tcPr>
            <w:tcW w:w="1685" w:type="dxa"/>
            <w:shd w:val="clear" w:color="auto" w:fill="FAFAFA"/>
          </w:tcPr>
          <w:p w:rsidR="0030461D" w:rsidRDefault="0030461D" w14:paraId="7D7F28D0" w14:textId="77777777">
            <w:pPr>
              <w:spacing w:after="0"/>
            </w:pPr>
          </w:p>
        </w:tc>
        <w:tc>
          <w:tcPr>
            <w:tcW w:w="1685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5BD42BD2" w14:textId="7F33B3A1">
            <w:pPr>
              <w:spacing w:after="0"/>
            </w:pPr>
          </w:p>
        </w:tc>
        <w:tc>
          <w:tcPr>
            <w:tcW w:w="724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75A20043" w14:textId="77777777">
            <w:pPr>
              <w:spacing w:after="0"/>
              <w:jc w:val="center"/>
            </w:pPr>
          </w:p>
        </w:tc>
        <w:tc>
          <w:tcPr>
            <w:tcW w:w="2461" w:type="dxa"/>
            <w:shd w:val="clear" w:color="auto" w:fill="FAFAFA"/>
          </w:tcPr>
          <w:p w:rsidR="0030461D" w:rsidRDefault="0030461D" w14:paraId="0D034C45" w14:textId="77777777">
            <w:pPr>
              <w:spacing w:after="0"/>
              <w:jc w:val="center"/>
            </w:pPr>
          </w:p>
        </w:tc>
        <w:tc>
          <w:tcPr>
            <w:tcW w:w="1226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62F0F689" w14:textId="4C55A763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512ECAB2" w14:textId="77777777">
            <w:pPr>
              <w:spacing w:after="0"/>
              <w:jc w:val="center"/>
            </w:pPr>
          </w:p>
        </w:tc>
        <w:tc>
          <w:tcPr>
            <w:tcW w:w="1499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0B230235" w14:textId="77777777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5918622D" w14:textId="77777777">
            <w:pPr>
              <w:spacing w:after="0"/>
              <w:jc w:val="center"/>
            </w:pPr>
          </w:p>
        </w:tc>
        <w:tc>
          <w:tcPr>
            <w:tcW w:w="4377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177B37A9" w14:textId="77777777">
            <w:pPr>
              <w:spacing w:after="0"/>
            </w:pPr>
          </w:p>
        </w:tc>
      </w:tr>
      <w:tr w:rsidR="0030461D" w:rsidTr="002D4859" w14:paraId="436ECD58" w14:textId="77777777">
        <w:tblPrEx>
          <w:tblBorders>
            <w:top w:val="single" w:color="C9CDD2" w:sz="6" w:space="0"/>
            <w:left w:val="single" w:color="C9CDD2" w:sz="6" w:space="0"/>
            <w:bottom w:val="single" w:color="C9CDD2" w:sz="6" w:space="0"/>
            <w:right w:val="single" w:color="C9CDD2" w:sz="6" w:space="0"/>
            <w:insideH w:val="single" w:color="C9CDD2" w:sz="6" w:space="0"/>
            <w:insideV w:val="single" w:color="C9CDD2" w:sz="6" w:space="0"/>
          </w:tblBorders>
        </w:tblPrEx>
        <w:trPr>
          <w:gridBefore w:val="1"/>
          <w:wBefore w:w="199" w:type="dxa"/>
          <w:trHeight w:val="222"/>
          <w:jc w:val="center"/>
        </w:trPr>
        <w:tc>
          <w:tcPr>
            <w:tcW w:w="1685" w:type="dxa"/>
            <w:shd w:val="clear" w:color="auto" w:fill="FAFAFA"/>
          </w:tcPr>
          <w:p w:rsidR="0030461D" w:rsidRDefault="0030461D" w14:paraId="7D079608" w14:textId="77777777">
            <w:pPr>
              <w:spacing w:after="0"/>
            </w:pPr>
          </w:p>
        </w:tc>
        <w:tc>
          <w:tcPr>
            <w:tcW w:w="1685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482556AD" w14:textId="3196B0C0">
            <w:pPr>
              <w:spacing w:after="0"/>
            </w:pPr>
          </w:p>
        </w:tc>
        <w:tc>
          <w:tcPr>
            <w:tcW w:w="724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5B7B0C67" w14:textId="77777777">
            <w:pPr>
              <w:spacing w:after="0"/>
              <w:jc w:val="center"/>
            </w:pPr>
          </w:p>
        </w:tc>
        <w:tc>
          <w:tcPr>
            <w:tcW w:w="2461" w:type="dxa"/>
            <w:shd w:val="clear" w:color="auto" w:fill="FAFAFA"/>
          </w:tcPr>
          <w:p w:rsidR="0030461D" w:rsidRDefault="0030461D" w14:paraId="24771D4B" w14:textId="77777777">
            <w:pPr>
              <w:spacing w:after="0"/>
              <w:jc w:val="center"/>
            </w:pPr>
          </w:p>
        </w:tc>
        <w:tc>
          <w:tcPr>
            <w:tcW w:w="1226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1A97B84B" w14:textId="36242A4A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4985C5CD" w14:textId="77777777">
            <w:pPr>
              <w:spacing w:after="0"/>
              <w:jc w:val="center"/>
            </w:pPr>
          </w:p>
        </w:tc>
        <w:tc>
          <w:tcPr>
            <w:tcW w:w="1499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2C0217ED" w14:textId="77777777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675C9964" w14:textId="77777777">
            <w:pPr>
              <w:spacing w:after="0"/>
              <w:jc w:val="center"/>
            </w:pPr>
          </w:p>
        </w:tc>
        <w:tc>
          <w:tcPr>
            <w:tcW w:w="4377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6675774E" w14:textId="77777777">
            <w:pPr>
              <w:spacing w:after="0"/>
            </w:pPr>
          </w:p>
        </w:tc>
      </w:tr>
      <w:tr w:rsidR="0030461D" w:rsidTr="002D4859" w14:paraId="34840AC1" w14:textId="77777777">
        <w:tblPrEx>
          <w:tblBorders>
            <w:top w:val="single" w:color="C9CDD2" w:sz="6" w:space="0"/>
            <w:left w:val="single" w:color="C9CDD2" w:sz="6" w:space="0"/>
            <w:bottom w:val="single" w:color="C9CDD2" w:sz="6" w:space="0"/>
            <w:right w:val="single" w:color="C9CDD2" w:sz="6" w:space="0"/>
            <w:insideH w:val="single" w:color="C9CDD2" w:sz="6" w:space="0"/>
            <w:insideV w:val="single" w:color="C9CDD2" w:sz="6" w:space="0"/>
          </w:tblBorders>
        </w:tblPrEx>
        <w:trPr>
          <w:gridBefore w:val="1"/>
          <w:wBefore w:w="199" w:type="dxa"/>
          <w:trHeight w:val="222"/>
          <w:jc w:val="center"/>
        </w:trPr>
        <w:tc>
          <w:tcPr>
            <w:tcW w:w="1685" w:type="dxa"/>
            <w:shd w:val="clear" w:color="auto" w:fill="FAFAFA"/>
          </w:tcPr>
          <w:p w:rsidR="0030461D" w:rsidRDefault="0030461D" w14:paraId="5EAEA3B5" w14:textId="77777777">
            <w:pPr>
              <w:spacing w:after="0"/>
            </w:pPr>
          </w:p>
        </w:tc>
        <w:tc>
          <w:tcPr>
            <w:tcW w:w="1685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24E184DD" w14:textId="3898F2FD">
            <w:pPr>
              <w:spacing w:after="0"/>
            </w:pPr>
          </w:p>
        </w:tc>
        <w:tc>
          <w:tcPr>
            <w:tcW w:w="724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7AB2DAAA" w14:textId="77777777">
            <w:pPr>
              <w:spacing w:after="0"/>
              <w:jc w:val="center"/>
            </w:pPr>
          </w:p>
        </w:tc>
        <w:tc>
          <w:tcPr>
            <w:tcW w:w="2461" w:type="dxa"/>
            <w:shd w:val="clear" w:color="auto" w:fill="FAFAFA"/>
          </w:tcPr>
          <w:p w:rsidR="0030461D" w:rsidRDefault="0030461D" w14:paraId="7EFC8B32" w14:textId="77777777">
            <w:pPr>
              <w:spacing w:after="0"/>
              <w:jc w:val="center"/>
            </w:pPr>
          </w:p>
        </w:tc>
        <w:tc>
          <w:tcPr>
            <w:tcW w:w="1226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3A7B976E" w14:textId="775B2738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326D318D" w14:textId="77777777">
            <w:pPr>
              <w:spacing w:after="0"/>
              <w:jc w:val="center"/>
            </w:pPr>
          </w:p>
        </w:tc>
        <w:tc>
          <w:tcPr>
            <w:tcW w:w="1499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2212B8DA" w14:textId="77777777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434A59BD" w14:textId="77777777">
            <w:pPr>
              <w:spacing w:after="0"/>
              <w:jc w:val="center"/>
            </w:pPr>
          </w:p>
        </w:tc>
        <w:tc>
          <w:tcPr>
            <w:tcW w:w="4377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166179A2" w14:textId="77777777">
            <w:pPr>
              <w:spacing w:after="0"/>
            </w:pPr>
          </w:p>
        </w:tc>
      </w:tr>
      <w:tr w:rsidR="0030461D" w:rsidTr="002D4859" w14:paraId="59E2B956" w14:textId="77777777">
        <w:tblPrEx>
          <w:tblBorders>
            <w:top w:val="single" w:color="C9CDD2" w:sz="6" w:space="0"/>
            <w:left w:val="single" w:color="C9CDD2" w:sz="6" w:space="0"/>
            <w:bottom w:val="single" w:color="C9CDD2" w:sz="6" w:space="0"/>
            <w:right w:val="single" w:color="C9CDD2" w:sz="6" w:space="0"/>
            <w:insideH w:val="single" w:color="C9CDD2" w:sz="6" w:space="0"/>
            <w:insideV w:val="single" w:color="C9CDD2" w:sz="6" w:space="0"/>
          </w:tblBorders>
        </w:tblPrEx>
        <w:trPr>
          <w:gridBefore w:val="1"/>
          <w:wBefore w:w="199" w:type="dxa"/>
          <w:trHeight w:val="207"/>
          <w:jc w:val="center"/>
        </w:trPr>
        <w:tc>
          <w:tcPr>
            <w:tcW w:w="1685" w:type="dxa"/>
            <w:shd w:val="clear" w:color="auto" w:fill="FAFAFA"/>
          </w:tcPr>
          <w:p w:rsidR="0030461D" w:rsidRDefault="0030461D" w14:paraId="54AA8CDF" w14:textId="77777777">
            <w:pPr>
              <w:spacing w:after="0"/>
            </w:pPr>
          </w:p>
        </w:tc>
        <w:tc>
          <w:tcPr>
            <w:tcW w:w="1685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7BF7B241" w14:textId="22A2A542">
            <w:pPr>
              <w:spacing w:after="0"/>
            </w:pPr>
          </w:p>
        </w:tc>
        <w:tc>
          <w:tcPr>
            <w:tcW w:w="724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687E66B1" w14:textId="77777777">
            <w:pPr>
              <w:spacing w:after="0"/>
              <w:jc w:val="center"/>
            </w:pPr>
          </w:p>
        </w:tc>
        <w:tc>
          <w:tcPr>
            <w:tcW w:w="2461" w:type="dxa"/>
            <w:shd w:val="clear" w:color="auto" w:fill="FAFAFA"/>
          </w:tcPr>
          <w:p w:rsidR="0030461D" w:rsidRDefault="0030461D" w14:paraId="32E8C2B0" w14:textId="77777777">
            <w:pPr>
              <w:spacing w:after="0"/>
              <w:jc w:val="center"/>
            </w:pPr>
          </w:p>
        </w:tc>
        <w:tc>
          <w:tcPr>
            <w:tcW w:w="1226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54367089" w14:textId="30A48756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4788289D" w14:textId="77777777">
            <w:pPr>
              <w:spacing w:after="0"/>
              <w:jc w:val="center"/>
            </w:pPr>
          </w:p>
        </w:tc>
        <w:tc>
          <w:tcPr>
            <w:tcW w:w="1499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4D8AD7A4" w14:textId="77777777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627F88CA" w14:textId="77777777">
            <w:pPr>
              <w:spacing w:after="0"/>
              <w:jc w:val="center"/>
            </w:pPr>
          </w:p>
        </w:tc>
        <w:tc>
          <w:tcPr>
            <w:tcW w:w="4377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51AFA1E5" w14:textId="77777777">
            <w:pPr>
              <w:spacing w:after="0"/>
            </w:pPr>
          </w:p>
        </w:tc>
      </w:tr>
      <w:tr w:rsidR="0030461D" w:rsidTr="002D4859" w14:paraId="21CF8731" w14:textId="77777777">
        <w:tblPrEx>
          <w:tblBorders>
            <w:top w:val="single" w:color="C9CDD2" w:sz="6" w:space="0"/>
            <w:left w:val="single" w:color="C9CDD2" w:sz="6" w:space="0"/>
            <w:bottom w:val="single" w:color="C9CDD2" w:sz="6" w:space="0"/>
            <w:right w:val="single" w:color="C9CDD2" w:sz="6" w:space="0"/>
            <w:insideH w:val="single" w:color="C9CDD2" w:sz="6" w:space="0"/>
            <w:insideV w:val="single" w:color="C9CDD2" w:sz="6" w:space="0"/>
          </w:tblBorders>
        </w:tblPrEx>
        <w:trPr>
          <w:gridBefore w:val="1"/>
          <w:wBefore w:w="199" w:type="dxa"/>
          <w:trHeight w:val="222"/>
          <w:jc w:val="center"/>
        </w:trPr>
        <w:tc>
          <w:tcPr>
            <w:tcW w:w="1685" w:type="dxa"/>
            <w:shd w:val="clear" w:color="auto" w:fill="FAFAFA"/>
          </w:tcPr>
          <w:p w:rsidR="0030461D" w:rsidRDefault="0030461D" w14:paraId="0C06042D" w14:textId="77777777">
            <w:pPr>
              <w:spacing w:after="0"/>
            </w:pPr>
          </w:p>
        </w:tc>
        <w:tc>
          <w:tcPr>
            <w:tcW w:w="1685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50698930" w14:textId="624F01D4">
            <w:pPr>
              <w:spacing w:after="0"/>
            </w:pPr>
          </w:p>
        </w:tc>
        <w:tc>
          <w:tcPr>
            <w:tcW w:w="724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7BC0D0A6" w14:textId="77777777">
            <w:pPr>
              <w:spacing w:after="0"/>
              <w:jc w:val="center"/>
            </w:pPr>
          </w:p>
        </w:tc>
        <w:tc>
          <w:tcPr>
            <w:tcW w:w="2461" w:type="dxa"/>
            <w:shd w:val="clear" w:color="auto" w:fill="FAFAFA"/>
          </w:tcPr>
          <w:p w:rsidR="0030461D" w:rsidRDefault="0030461D" w14:paraId="00C38847" w14:textId="77777777">
            <w:pPr>
              <w:spacing w:after="0"/>
              <w:jc w:val="center"/>
            </w:pPr>
          </w:p>
        </w:tc>
        <w:tc>
          <w:tcPr>
            <w:tcW w:w="1226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2F1164D2" w14:textId="28E1FD6A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49559126" w14:textId="77777777">
            <w:pPr>
              <w:spacing w:after="0"/>
              <w:jc w:val="center"/>
            </w:pPr>
          </w:p>
        </w:tc>
        <w:tc>
          <w:tcPr>
            <w:tcW w:w="1499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72AE35DE" w14:textId="77777777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20558867" w14:textId="77777777">
            <w:pPr>
              <w:spacing w:after="0"/>
              <w:jc w:val="center"/>
            </w:pPr>
          </w:p>
        </w:tc>
        <w:tc>
          <w:tcPr>
            <w:tcW w:w="4377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0C5E898C" w14:textId="77777777">
            <w:pPr>
              <w:spacing w:after="0"/>
            </w:pPr>
          </w:p>
        </w:tc>
      </w:tr>
      <w:tr w:rsidR="0030461D" w:rsidTr="002D4859" w14:paraId="1C5EBD57" w14:textId="77777777">
        <w:tblPrEx>
          <w:tblBorders>
            <w:top w:val="single" w:color="C9CDD2" w:sz="6" w:space="0"/>
            <w:left w:val="single" w:color="C9CDD2" w:sz="6" w:space="0"/>
            <w:bottom w:val="single" w:color="C9CDD2" w:sz="6" w:space="0"/>
            <w:right w:val="single" w:color="C9CDD2" w:sz="6" w:space="0"/>
            <w:insideH w:val="single" w:color="C9CDD2" w:sz="6" w:space="0"/>
            <w:insideV w:val="single" w:color="C9CDD2" w:sz="6" w:space="0"/>
          </w:tblBorders>
        </w:tblPrEx>
        <w:trPr>
          <w:gridBefore w:val="1"/>
          <w:wBefore w:w="199" w:type="dxa"/>
          <w:trHeight w:val="222"/>
          <w:jc w:val="center"/>
        </w:trPr>
        <w:tc>
          <w:tcPr>
            <w:tcW w:w="1685" w:type="dxa"/>
            <w:shd w:val="clear" w:color="auto" w:fill="FAFAFA"/>
          </w:tcPr>
          <w:p w:rsidR="0030461D" w:rsidRDefault="0030461D" w14:paraId="2A296B73" w14:textId="77777777">
            <w:pPr>
              <w:spacing w:after="0"/>
            </w:pPr>
          </w:p>
        </w:tc>
        <w:tc>
          <w:tcPr>
            <w:tcW w:w="1685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4092383C" w14:textId="06A60563">
            <w:pPr>
              <w:spacing w:after="0"/>
            </w:pPr>
          </w:p>
        </w:tc>
        <w:tc>
          <w:tcPr>
            <w:tcW w:w="724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44841F3A" w14:textId="77777777">
            <w:pPr>
              <w:spacing w:after="0"/>
              <w:jc w:val="center"/>
            </w:pPr>
          </w:p>
        </w:tc>
        <w:tc>
          <w:tcPr>
            <w:tcW w:w="2461" w:type="dxa"/>
            <w:shd w:val="clear" w:color="auto" w:fill="FAFAFA"/>
          </w:tcPr>
          <w:p w:rsidR="0030461D" w:rsidRDefault="0030461D" w14:paraId="1D267C67" w14:textId="77777777">
            <w:pPr>
              <w:spacing w:after="0"/>
              <w:jc w:val="center"/>
            </w:pPr>
          </w:p>
        </w:tc>
        <w:tc>
          <w:tcPr>
            <w:tcW w:w="1226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1BAECE36" w14:textId="27DE7B22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1C29B4CD" w14:textId="77777777">
            <w:pPr>
              <w:spacing w:after="0"/>
              <w:jc w:val="center"/>
            </w:pPr>
          </w:p>
        </w:tc>
        <w:tc>
          <w:tcPr>
            <w:tcW w:w="1499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0709E562" w14:textId="77777777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21B189F7" w14:textId="77777777">
            <w:pPr>
              <w:spacing w:after="0"/>
              <w:jc w:val="center"/>
            </w:pPr>
          </w:p>
        </w:tc>
        <w:tc>
          <w:tcPr>
            <w:tcW w:w="4377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33068666" w14:textId="77777777">
            <w:pPr>
              <w:spacing w:after="0"/>
            </w:pPr>
          </w:p>
        </w:tc>
      </w:tr>
      <w:tr w:rsidR="0030461D" w:rsidTr="002D4859" w14:paraId="14C0DBB0" w14:textId="77777777">
        <w:tblPrEx>
          <w:tblBorders>
            <w:top w:val="single" w:color="C9CDD2" w:sz="6" w:space="0"/>
            <w:left w:val="single" w:color="C9CDD2" w:sz="6" w:space="0"/>
            <w:bottom w:val="single" w:color="C9CDD2" w:sz="6" w:space="0"/>
            <w:right w:val="single" w:color="C9CDD2" w:sz="6" w:space="0"/>
            <w:insideH w:val="single" w:color="C9CDD2" w:sz="6" w:space="0"/>
            <w:insideV w:val="single" w:color="C9CDD2" w:sz="6" w:space="0"/>
          </w:tblBorders>
        </w:tblPrEx>
        <w:trPr>
          <w:gridBefore w:val="1"/>
          <w:wBefore w:w="199" w:type="dxa"/>
          <w:trHeight w:val="222"/>
          <w:jc w:val="center"/>
        </w:trPr>
        <w:tc>
          <w:tcPr>
            <w:tcW w:w="1685" w:type="dxa"/>
            <w:shd w:val="clear" w:color="auto" w:fill="FAFAFA"/>
          </w:tcPr>
          <w:p w:rsidR="0030461D" w:rsidRDefault="0030461D" w14:paraId="2EB994CA" w14:textId="77777777">
            <w:pPr>
              <w:spacing w:after="0"/>
            </w:pPr>
          </w:p>
        </w:tc>
        <w:tc>
          <w:tcPr>
            <w:tcW w:w="1685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41764898" w14:textId="3B7265D6">
            <w:pPr>
              <w:spacing w:after="0"/>
            </w:pPr>
          </w:p>
        </w:tc>
        <w:tc>
          <w:tcPr>
            <w:tcW w:w="724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71CBBE31" w14:textId="77777777">
            <w:pPr>
              <w:spacing w:after="0"/>
              <w:jc w:val="center"/>
            </w:pPr>
          </w:p>
        </w:tc>
        <w:tc>
          <w:tcPr>
            <w:tcW w:w="2461" w:type="dxa"/>
            <w:shd w:val="clear" w:color="auto" w:fill="FAFAFA"/>
          </w:tcPr>
          <w:p w:rsidR="0030461D" w:rsidRDefault="0030461D" w14:paraId="17DB8C9A" w14:textId="77777777">
            <w:pPr>
              <w:spacing w:after="0"/>
              <w:jc w:val="center"/>
            </w:pPr>
          </w:p>
        </w:tc>
        <w:tc>
          <w:tcPr>
            <w:tcW w:w="1226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304C48E0" w14:textId="69E1D5FF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79948294" w14:textId="77777777">
            <w:pPr>
              <w:spacing w:after="0"/>
              <w:jc w:val="center"/>
            </w:pPr>
          </w:p>
        </w:tc>
        <w:tc>
          <w:tcPr>
            <w:tcW w:w="1499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5162535D" w14:textId="77777777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4424EA55" w14:textId="77777777">
            <w:pPr>
              <w:spacing w:after="0"/>
              <w:jc w:val="center"/>
            </w:pPr>
          </w:p>
        </w:tc>
        <w:tc>
          <w:tcPr>
            <w:tcW w:w="4377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573E86A9" w14:textId="77777777">
            <w:pPr>
              <w:spacing w:after="0"/>
            </w:pPr>
          </w:p>
        </w:tc>
      </w:tr>
      <w:tr w:rsidR="0030461D" w:rsidTr="002D4859" w14:paraId="46561F10" w14:textId="77777777">
        <w:tblPrEx>
          <w:tblBorders>
            <w:top w:val="single" w:color="C9CDD2" w:sz="6" w:space="0"/>
            <w:left w:val="single" w:color="C9CDD2" w:sz="6" w:space="0"/>
            <w:bottom w:val="single" w:color="C9CDD2" w:sz="6" w:space="0"/>
            <w:right w:val="single" w:color="C9CDD2" w:sz="6" w:space="0"/>
            <w:insideH w:val="single" w:color="C9CDD2" w:sz="6" w:space="0"/>
            <w:insideV w:val="single" w:color="C9CDD2" w:sz="6" w:space="0"/>
          </w:tblBorders>
        </w:tblPrEx>
        <w:trPr>
          <w:gridBefore w:val="1"/>
          <w:wBefore w:w="199" w:type="dxa"/>
          <w:trHeight w:val="207"/>
          <w:jc w:val="center"/>
        </w:trPr>
        <w:tc>
          <w:tcPr>
            <w:tcW w:w="1685" w:type="dxa"/>
            <w:shd w:val="clear" w:color="auto" w:fill="FAFAFA"/>
          </w:tcPr>
          <w:p w:rsidR="0030461D" w:rsidRDefault="0030461D" w14:paraId="17A598F8" w14:textId="77777777">
            <w:pPr>
              <w:spacing w:after="0"/>
            </w:pPr>
          </w:p>
        </w:tc>
        <w:tc>
          <w:tcPr>
            <w:tcW w:w="1685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33EB620A" w14:textId="75F01D6B">
            <w:pPr>
              <w:spacing w:after="0"/>
            </w:pPr>
          </w:p>
        </w:tc>
        <w:tc>
          <w:tcPr>
            <w:tcW w:w="724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681CF378" w14:textId="77777777">
            <w:pPr>
              <w:spacing w:after="0"/>
              <w:jc w:val="center"/>
            </w:pPr>
          </w:p>
        </w:tc>
        <w:tc>
          <w:tcPr>
            <w:tcW w:w="2461" w:type="dxa"/>
            <w:shd w:val="clear" w:color="auto" w:fill="FAFAFA"/>
          </w:tcPr>
          <w:p w:rsidR="0030461D" w:rsidRDefault="0030461D" w14:paraId="20D494E1" w14:textId="77777777">
            <w:pPr>
              <w:spacing w:after="0"/>
              <w:jc w:val="center"/>
            </w:pPr>
          </w:p>
        </w:tc>
        <w:tc>
          <w:tcPr>
            <w:tcW w:w="1226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39B53AA1" w14:textId="27952C63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78970BE0" w14:textId="77777777">
            <w:pPr>
              <w:spacing w:after="0"/>
              <w:jc w:val="center"/>
            </w:pPr>
          </w:p>
        </w:tc>
        <w:tc>
          <w:tcPr>
            <w:tcW w:w="1499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55AF84F6" w14:textId="77777777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498CC37C" w14:textId="77777777">
            <w:pPr>
              <w:spacing w:after="0"/>
              <w:jc w:val="center"/>
            </w:pPr>
          </w:p>
        </w:tc>
        <w:tc>
          <w:tcPr>
            <w:tcW w:w="4377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0461D" w:rsidRDefault="0030461D" w14:paraId="38343806" w14:textId="77777777">
            <w:pPr>
              <w:spacing w:after="0"/>
            </w:pPr>
          </w:p>
        </w:tc>
      </w:tr>
      <w:tr w:rsidR="0012372D" w:rsidTr="002D4859" w14:paraId="22896F20" w14:textId="77777777">
        <w:tblPrEx>
          <w:tblBorders>
            <w:top w:val="single" w:color="C9CDD2" w:sz="6" w:space="0"/>
            <w:left w:val="single" w:color="C9CDD2" w:sz="6" w:space="0"/>
            <w:bottom w:val="single" w:color="C9CDD2" w:sz="6" w:space="0"/>
            <w:right w:val="single" w:color="C9CDD2" w:sz="6" w:space="0"/>
            <w:insideH w:val="single" w:color="C9CDD2" w:sz="6" w:space="0"/>
            <w:insideV w:val="single" w:color="C9CDD2" w:sz="6" w:space="0"/>
          </w:tblBorders>
        </w:tblPrEx>
        <w:trPr>
          <w:gridBefore w:val="1"/>
          <w:wBefore w:w="199" w:type="dxa"/>
          <w:trHeight w:val="207"/>
          <w:jc w:val="center"/>
        </w:trPr>
        <w:tc>
          <w:tcPr>
            <w:tcW w:w="1685" w:type="dxa"/>
            <w:shd w:val="clear" w:color="auto" w:fill="FAFAFA"/>
          </w:tcPr>
          <w:p w:rsidR="0012372D" w:rsidRDefault="0012372D" w14:paraId="733181D7" w14:textId="77777777">
            <w:pPr>
              <w:spacing w:after="0"/>
            </w:pPr>
          </w:p>
        </w:tc>
        <w:tc>
          <w:tcPr>
            <w:tcW w:w="1685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372D" w:rsidRDefault="0012372D" w14:paraId="4D4F1C33" w14:textId="77777777">
            <w:pPr>
              <w:spacing w:after="0"/>
            </w:pPr>
          </w:p>
        </w:tc>
        <w:tc>
          <w:tcPr>
            <w:tcW w:w="724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372D" w:rsidRDefault="0012372D" w14:paraId="6EF9BD8C" w14:textId="77777777">
            <w:pPr>
              <w:spacing w:after="0"/>
              <w:jc w:val="center"/>
            </w:pPr>
          </w:p>
        </w:tc>
        <w:tc>
          <w:tcPr>
            <w:tcW w:w="2461" w:type="dxa"/>
            <w:shd w:val="clear" w:color="auto" w:fill="FAFAFA"/>
          </w:tcPr>
          <w:p w:rsidR="0012372D" w:rsidRDefault="0012372D" w14:paraId="7DE988B6" w14:textId="77777777">
            <w:pPr>
              <w:spacing w:after="0"/>
              <w:jc w:val="center"/>
            </w:pPr>
          </w:p>
        </w:tc>
        <w:tc>
          <w:tcPr>
            <w:tcW w:w="1226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372D" w:rsidRDefault="0012372D" w14:paraId="032E9AD8" w14:textId="77777777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372D" w:rsidRDefault="0012372D" w14:paraId="2DF6F329" w14:textId="77777777">
            <w:pPr>
              <w:spacing w:after="0"/>
              <w:jc w:val="center"/>
            </w:pPr>
          </w:p>
        </w:tc>
        <w:tc>
          <w:tcPr>
            <w:tcW w:w="1499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372D" w:rsidRDefault="0012372D" w14:paraId="75DB498E" w14:textId="77777777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372D" w:rsidRDefault="0012372D" w14:paraId="78A1BF5F" w14:textId="77777777">
            <w:pPr>
              <w:spacing w:after="0"/>
              <w:jc w:val="center"/>
            </w:pPr>
          </w:p>
        </w:tc>
        <w:tc>
          <w:tcPr>
            <w:tcW w:w="4377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372D" w:rsidRDefault="0012372D" w14:paraId="7037AA34" w14:textId="77777777">
            <w:pPr>
              <w:spacing w:after="0"/>
            </w:pPr>
          </w:p>
        </w:tc>
      </w:tr>
      <w:tr w:rsidR="0012372D" w:rsidTr="002D4859" w14:paraId="299D1B08" w14:textId="77777777">
        <w:tblPrEx>
          <w:tblBorders>
            <w:top w:val="single" w:color="C9CDD2" w:sz="6" w:space="0"/>
            <w:left w:val="single" w:color="C9CDD2" w:sz="6" w:space="0"/>
            <w:bottom w:val="single" w:color="C9CDD2" w:sz="6" w:space="0"/>
            <w:right w:val="single" w:color="C9CDD2" w:sz="6" w:space="0"/>
            <w:insideH w:val="single" w:color="C9CDD2" w:sz="6" w:space="0"/>
            <w:insideV w:val="single" w:color="C9CDD2" w:sz="6" w:space="0"/>
          </w:tblBorders>
        </w:tblPrEx>
        <w:trPr>
          <w:gridBefore w:val="1"/>
          <w:wBefore w:w="199" w:type="dxa"/>
          <w:trHeight w:val="207"/>
          <w:jc w:val="center"/>
        </w:trPr>
        <w:tc>
          <w:tcPr>
            <w:tcW w:w="1685" w:type="dxa"/>
            <w:shd w:val="clear" w:color="auto" w:fill="FAFAFA"/>
          </w:tcPr>
          <w:p w:rsidR="0012372D" w:rsidRDefault="0012372D" w14:paraId="151FE6B1" w14:textId="77777777">
            <w:pPr>
              <w:spacing w:after="0"/>
            </w:pPr>
          </w:p>
        </w:tc>
        <w:tc>
          <w:tcPr>
            <w:tcW w:w="1685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372D" w:rsidRDefault="0012372D" w14:paraId="03E1E18E" w14:textId="77777777">
            <w:pPr>
              <w:spacing w:after="0"/>
            </w:pPr>
          </w:p>
        </w:tc>
        <w:tc>
          <w:tcPr>
            <w:tcW w:w="724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372D" w:rsidRDefault="0012372D" w14:paraId="0B96C27B" w14:textId="77777777">
            <w:pPr>
              <w:spacing w:after="0"/>
              <w:jc w:val="center"/>
            </w:pPr>
          </w:p>
        </w:tc>
        <w:tc>
          <w:tcPr>
            <w:tcW w:w="2461" w:type="dxa"/>
            <w:shd w:val="clear" w:color="auto" w:fill="FAFAFA"/>
          </w:tcPr>
          <w:p w:rsidR="0012372D" w:rsidRDefault="0012372D" w14:paraId="31AF9D82" w14:textId="77777777">
            <w:pPr>
              <w:spacing w:after="0"/>
              <w:jc w:val="center"/>
            </w:pPr>
          </w:p>
        </w:tc>
        <w:tc>
          <w:tcPr>
            <w:tcW w:w="1226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372D" w:rsidRDefault="0012372D" w14:paraId="393A603D" w14:textId="77777777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372D" w:rsidRDefault="0012372D" w14:paraId="0F8AE01A" w14:textId="77777777">
            <w:pPr>
              <w:spacing w:after="0"/>
              <w:jc w:val="center"/>
            </w:pPr>
          </w:p>
        </w:tc>
        <w:tc>
          <w:tcPr>
            <w:tcW w:w="1499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372D" w:rsidRDefault="0012372D" w14:paraId="5DC3F40D" w14:textId="77777777">
            <w:pPr>
              <w:spacing w:after="0"/>
              <w:jc w:val="center"/>
            </w:pPr>
          </w:p>
        </w:tc>
        <w:tc>
          <w:tcPr>
            <w:tcW w:w="1227" w:type="dxa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372D" w:rsidRDefault="0012372D" w14:paraId="41766FD0" w14:textId="77777777">
            <w:pPr>
              <w:spacing w:after="0"/>
              <w:jc w:val="center"/>
            </w:pPr>
          </w:p>
        </w:tc>
        <w:tc>
          <w:tcPr>
            <w:tcW w:w="4377" w:type="dxa"/>
            <w:gridSpan w:val="2"/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372D" w:rsidRDefault="0012372D" w14:paraId="77AC5746" w14:textId="77777777">
            <w:pPr>
              <w:spacing w:after="0"/>
            </w:pPr>
          </w:p>
        </w:tc>
      </w:tr>
    </w:tbl>
    <w:p w:rsidR="00826FB5" w:rsidRDefault="00826FB5" w14:paraId="0D809695" w14:textId="4CEE96FD">
      <w:pPr>
        <w:spacing w:before="40"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812"/>
        <w:gridCol w:w="7812"/>
      </w:tblGrid>
      <w:tr w:rsidR="00826FB5" w14:paraId="1EFCC191" w14:textId="77777777">
        <w:trPr>
          <w:jc w:val="center"/>
        </w:trPr>
        <w:tc>
          <w:tcPr>
            <w:tcW w:w="15624" w:type="dxa"/>
            <w:gridSpan w:val="2"/>
            <w:shd w:val="clear" w:color="auto" w:fill="FBEA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26FB5" w:rsidRDefault="006B1FB9" w14:paraId="191D957E" w14:textId="77777777">
            <w:pPr>
              <w:spacing w:after="0"/>
            </w:pPr>
            <w:r>
              <w:rPr>
                <w:b/>
                <w:color w:val="243447"/>
              </w:rPr>
              <w:t>Quick flock targets and action points</w:t>
            </w:r>
          </w:p>
        </w:tc>
      </w:tr>
      <w:tr w:rsidR="00826FB5" w14:paraId="08421979" w14:textId="77777777">
        <w:trPr>
          <w:jc w:val="center"/>
        </w:trPr>
        <w:tc>
          <w:tcPr>
            <w:tcW w:w="7812" w:type="dxa"/>
            <w:shd w:val="clear" w:color="auto" w:fill="FBEA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26FB5" w:rsidRDefault="006B1FB9" w14:paraId="619A9364" w14:textId="77777777">
            <w:pPr>
              <w:spacing w:after="0"/>
            </w:pPr>
            <w:r>
              <w:rPr>
                <w:color w:val="243447"/>
                <w:sz w:val="14"/>
              </w:rPr>
              <w:t>●  Tupping: Target BCS 3.0 for lowland ewes and 2.5 for hill ewes.</w:t>
            </w:r>
          </w:p>
        </w:tc>
        <w:tc>
          <w:tcPr>
            <w:tcW w:w="7812" w:type="dxa"/>
            <w:shd w:val="clear" w:color="auto" w:fill="FBEA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26FB5" w:rsidRDefault="006B1FB9" w14:paraId="02155A9E" w14:textId="77777777">
            <w:pPr>
              <w:spacing w:after="0"/>
            </w:pPr>
            <w:r>
              <w:rPr>
                <w:color w:val="243447"/>
                <w:sz w:val="14"/>
              </w:rPr>
              <w:t>●  Mid-pregnancy: Maintain BCS 2.5-3.0.</w:t>
            </w:r>
          </w:p>
        </w:tc>
      </w:tr>
      <w:tr w:rsidR="00826FB5" w14:paraId="52844841" w14:textId="77777777">
        <w:trPr>
          <w:jc w:val="center"/>
        </w:trPr>
        <w:tc>
          <w:tcPr>
            <w:tcW w:w="7812" w:type="dxa"/>
            <w:shd w:val="clear" w:color="auto" w:fill="FBEA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26FB5" w:rsidRDefault="006B1FB9" w14:paraId="6AD7E1AB" w14:textId="77777777">
            <w:pPr>
              <w:spacing w:after="0"/>
            </w:pPr>
            <w:r>
              <w:rPr>
                <w:color w:val="243447"/>
                <w:sz w:val="14"/>
              </w:rPr>
              <w:t>●  Lambing: Aim for BCS 3.0-3.5; avoid rapid late-pregnancy condition loss.</w:t>
            </w:r>
          </w:p>
        </w:tc>
        <w:tc>
          <w:tcPr>
            <w:tcW w:w="7812" w:type="dxa"/>
            <w:shd w:val="clear" w:color="auto" w:fill="FBEA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26FB5" w:rsidRDefault="006B1FB9" w14:paraId="76F93C1E" w14:textId="77777777">
            <w:pPr>
              <w:spacing w:after="0"/>
            </w:pPr>
            <w:r>
              <w:rPr>
                <w:color w:val="243447"/>
                <w:sz w:val="14"/>
              </w:rPr>
              <w:t>●  Act: If more than 15% of the mob is below target, manage the lower-scoring subgroup.</w:t>
            </w:r>
          </w:p>
        </w:tc>
      </w:tr>
    </w:tbl>
    <w:p w:rsidR="00826FB5" w:rsidP="3FBA3193" w:rsidRDefault="00A85863" w14:paraId="4E145069" w14:textId="6F27A5B4">
      <w:pPr>
        <w:spacing w:before="60" w:after="0"/>
        <w:rPr>
          <w:color w:val="5B6573"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BB8313" wp14:editId="53390CB5">
            <wp:simplePos x="0" y="0"/>
            <wp:positionH relativeFrom="column">
              <wp:posOffset>-3175</wp:posOffset>
            </wp:positionH>
            <wp:positionV relativeFrom="paragraph">
              <wp:posOffset>330200</wp:posOffset>
            </wp:positionV>
            <wp:extent cx="4761859" cy="632252"/>
            <wp:effectExtent l="0" t="0" r="0" b="0"/>
            <wp:wrapTopAndBottom/>
            <wp:docPr id="8238732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4761859" cy="6322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15C21FB1" w:rsidR="6D03D8BF">
        <w:rPr>
          <w:color w:val="5B6573"/>
          <w:sz w:val="13"/>
          <w:szCs w:val="13"/>
        </w:rPr>
        <w:t xml:space="preserve">Sustainable Farming Scheme (SFS) - core welfare record     </w:t>
      </w:r>
      <w:r w:rsidRPr="15C21FB1" w:rsidR="6D03D8BF">
        <w:rPr>
          <w:color w:val="5B6573"/>
          <w:sz w:val="13"/>
          <w:szCs w:val="13"/>
        </w:rPr>
        <w:t xml:space="preserve">Retain </w:t>
      </w:r>
      <w:r w:rsidRPr="15C21FB1" w:rsidR="0E08A575">
        <w:rPr>
          <w:color w:val="5B6573"/>
          <w:sz w:val="13"/>
          <w:szCs w:val="13"/>
        </w:rPr>
        <w:t xml:space="preserve"> </w:t>
      </w:r>
      <w:r w:rsidRPr="3FBA3193" w:rsidR="0E08A575">
        <w:rPr>
          <w:color w:val="5B6573"/>
          <w:sz w:val="12"/>
          <w:szCs w:val="12"/>
        </w:rPr>
        <w:t>with</w:t>
      </w:r>
      <w:r w:rsidRPr="3FBA3193" w:rsidR="0E08A575">
        <w:rPr>
          <w:color w:val="5B6573"/>
          <w:sz w:val="12"/>
          <w:szCs w:val="12"/>
        </w:rPr>
        <w:t xml:space="preserve"> flock health and welfare records</w:t>
      </w:r>
    </w:p>
    <w:p w:rsidR="00826FB5" w:rsidP="15C21FB1" w:rsidRDefault="00A85863" w14:paraId="736C09BA" w14:textId="0E8163A6">
      <w:pPr>
        <w:spacing w:before="60"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15C21FB1" w:rsidR="758FAB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Date of assessment: ____________________________</w:t>
      </w:r>
    </w:p>
    <w:p w:rsidR="00826FB5" w:rsidP="15C21FB1" w:rsidRDefault="00A85863" w14:paraId="3D0F3F59" w14:textId="47883FC2">
      <w:pPr>
        <w:spacing w:before="60" w:after="0"/>
        <w:rPr>
          <w:color w:val="5B6573"/>
          <w:sz w:val="16"/>
          <w:szCs w:val="16"/>
        </w:rPr>
      </w:pPr>
      <w:r w:rsidRPr="15C21FB1" w:rsidR="758FAB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Name of person who completed the assessment: _______________________________</w:t>
      </w:r>
      <w:r w:rsidRPr="15C21FB1" w:rsidR="758FAB6B">
        <w:rPr>
          <w:color w:val="5B6573"/>
          <w:sz w:val="16"/>
          <w:szCs w:val="16"/>
        </w:rPr>
        <w:t xml:space="preserve"> </w:t>
      </w:r>
    </w:p>
    <w:p w:rsidR="00826FB5" w:rsidP="3FBA3193" w:rsidRDefault="00A85863" w14:paraId="37D4BB1B" w14:textId="40DF3092">
      <w:pPr>
        <w:spacing w:before="60" w:after="0"/>
        <w:rPr>
          <w:color w:val="5B6573"/>
          <w:sz w:val="12"/>
          <w:szCs w:val="12"/>
        </w:rPr>
      </w:pPr>
    </w:p>
    <w:sectPr w:rsidR="00826FB5" w:rsidSect="00034616">
      <w:pgSz w:w="16834" w:h="11909" w:orient="landscape"/>
      <w:pgMar w:top="317" w:right="605" w:bottom="317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818842426">
    <w:abstractNumId w:val="8"/>
  </w:num>
  <w:num w:numId="2" w16cid:durableId="946349606">
    <w:abstractNumId w:val="6"/>
  </w:num>
  <w:num w:numId="3" w16cid:durableId="2074427403">
    <w:abstractNumId w:val="5"/>
  </w:num>
  <w:num w:numId="4" w16cid:durableId="323902049">
    <w:abstractNumId w:val="4"/>
  </w:num>
  <w:num w:numId="5" w16cid:durableId="1850558514">
    <w:abstractNumId w:val="7"/>
  </w:num>
  <w:num w:numId="6" w16cid:durableId="1098066536">
    <w:abstractNumId w:val="3"/>
  </w:num>
  <w:num w:numId="7" w16cid:durableId="302927456">
    <w:abstractNumId w:val="2"/>
  </w:num>
  <w:num w:numId="8" w16cid:durableId="830222003">
    <w:abstractNumId w:val="1"/>
  </w:num>
  <w:num w:numId="9" w16cid:durableId="23135347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372D"/>
    <w:rsid w:val="0015074B"/>
    <w:rsid w:val="00167FEF"/>
    <w:rsid w:val="0029639D"/>
    <w:rsid w:val="002D4859"/>
    <w:rsid w:val="0030461D"/>
    <w:rsid w:val="00326F90"/>
    <w:rsid w:val="00494561"/>
    <w:rsid w:val="005F2BB1"/>
    <w:rsid w:val="00660897"/>
    <w:rsid w:val="006B1FB9"/>
    <w:rsid w:val="00704A38"/>
    <w:rsid w:val="00722261"/>
    <w:rsid w:val="00826FB5"/>
    <w:rsid w:val="009E7A1F"/>
    <w:rsid w:val="00A85863"/>
    <w:rsid w:val="00AA1D8D"/>
    <w:rsid w:val="00B17DDF"/>
    <w:rsid w:val="00B47730"/>
    <w:rsid w:val="00CA7FD1"/>
    <w:rsid w:val="00CB0664"/>
    <w:rsid w:val="00ED7550"/>
    <w:rsid w:val="00F27A8C"/>
    <w:rsid w:val="00FC693F"/>
    <w:rsid w:val="00FF471F"/>
    <w:rsid w:val="0E08A575"/>
    <w:rsid w:val="15C21FB1"/>
    <w:rsid w:val="3FBA3193"/>
    <w:rsid w:val="578BFB9E"/>
    <w:rsid w:val="6D03D8BF"/>
    <w:rsid w:val="758FA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8DD8D89-9442-4B69-9B50-2AEE819D51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image" Target="media/image2.png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E083CAA3D052448AABF9471C2294B3" ma:contentTypeVersion="17" ma:contentTypeDescription="Create a new document." ma:contentTypeScope="" ma:versionID="b2acd1f469206709cb45d2072b59d4b6">
  <xsd:schema xmlns:xsd="http://www.w3.org/2001/XMLSchema" xmlns:xs="http://www.w3.org/2001/XMLSchema" xmlns:p="http://schemas.microsoft.com/office/2006/metadata/properties" xmlns:ns2="593c9258-e6b5-4da5-a3f3-c0226f8033e0" xmlns:ns3="ac507460-0e40-4531-9093-5ccb783ac1b3" targetNamespace="http://schemas.microsoft.com/office/2006/metadata/properties" ma:root="true" ma:fieldsID="0fd3552a7ee28567835b341a609dd17c" ns2:_="" ns3:_="">
    <xsd:import namespace="593c9258-e6b5-4da5-a3f3-c0226f8033e0"/>
    <xsd:import namespace="ac507460-0e40-4531-9093-5ccb783ac1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c9258-e6b5-4da5-a3f3-c0226f803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dac1349-945f-4eee-882f-a9778f821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07460-0e40-4531-9093-5ccb783ac1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433dfb3-b68f-4dc5-9c60-3f16f7f8c3a5}" ma:internalName="TaxCatchAll" ma:showField="CatchAllData" ma:web="ac507460-0e40-4531-9093-5ccb783ac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07460-0e40-4531-9093-5ccb783ac1b3" xsi:nil="true"/>
    <lcf76f155ced4ddcb4097134ff3c332f xmlns="593c9258-e6b5-4da5-a3f3-c0226f8033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94622A-03D0-4C2A-B8DE-49EF0C0C5AB2}"/>
</file>

<file path=customXml/itemProps3.xml><?xml version="1.0" encoding="utf-8"?>
<ds:datastoreItem xmlns:ds="http://schemas.openxmlformats.org/officeDocument/2006/customXml" ds:itemID="{5AEAFD1E-7E75-4F35-9C4E-CCAC5A18B279}"/>
</file>

<file path=customXml/itemProps4.xml><?xml version="1.0" encoding="utf-8"?>
<ds:datastoreItem xmlns:ds="http://schemas.openxmlformats.org/officeDocument/2006/customXml" ds:itemID="{84E82CCA-6C99-42DD-8140-D2FB046F0A9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Gwawr Parry</dc:creator>
  <keywords/>
  <dc:description>generated by python-docx</dc:description>
  <lastModifiedBy>Lowri Price</lastModifiedBy>
  <revision>5</revision>
  <dcterms:created xsi:type="dcterms:W3CDTF">2026-10-13T11:03:00.0000000Z</dcterms:created>
  <dcterms:modified xsi:type="dcterms:W3CDTF">2026-11-04T13:03:48.1649870Z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0x01010096E083CAA3D052448AABF9471C2294B3</vt:lpwstr>
  </property>
  <property fmtid="{D5CDD505-2E9C-101B-9397-08002B2CF9AE}" pid="3" name="MediaServiceImageTags">
    <vt:lpwstr/>
  </property>
</Properties>
</file>